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4"/>
        </w:rPr>
        <w:t>Materská škola Kaluža, Kaluža 4, 072 36 Kaluža</w:t>
        <w:br/>
        <w:br/>
      </w:r>
      <w:r>
        <w:rPr>
          <w:rFonts w:ascii="Arial" w:hAnsi="Arial"/>
          <w:b/>
          <w:sz w:val="28"/>
        </w:rPr>
        <w:t>Písomné vyhlásenie o bezinfekčnosti</w:t>
        <w:br/>
      </w:r>
      <w:r>
        <w:rPr>
          <w:rFonts w:ascii="Arial" w:hAnsi="Arial"/>
          <w:i/>
          <w:sz w:val="20"/>
        </w:rPr>
        <w:t>(že dieťa neprejavuje príznaky prenosného ochorenia a nemá nariadené karanténne opatrenie)</w:t>
        <w:br/>
      </w:r>
    </w:p>
    <w:p>
      <w:pPr>
        <w:jc w:val="both"/>
      </w:pPr>
      <w:r>
        <w:rPr>
          <w:rFonts w:ascii="Arial" w:hAnsi="Arial"/>
          <w:sz w:val="22"/>
        </w:rPr>
        <w:br/>
        <w:t>„Vyhlasujem, že dieťa ..........................................................................................</w:t>
        <w:br/>
        <w:t>bytom v ........................................................................... neprejavuje príznaky akútneho ochorenia a že regionálny úrad verejného zdravotníctva ani lekár všeobecnej zdravotnej starostlivosti pre deti a dorast menovanému dieťaťu nenariadil karanténne opatrenie (karanténu, zvýšený zdravotný dozor alebo lekársky dohľad). Nie je mi známe, že by dieťa, jeho rodičia alebo iné osoby, ktoré s ním žijú spoločne v domácnosti, prišli v priebehu ostatného mesiaca do styku s osobami, ktoré ochoreli na prenosné ochorenie (napr. hnačka, angína, vírusový zápal pečene, zápal mozgových blán, horúčkové ochorenie s vyrážkami).</w:t>
        <w:br/>
        <w:br/>
        <w:t>Som si vedomý(á) právnych následkov v prípade nepravdivého vyhlásenia, najmä som si vedomý(á), že by som sa dopustil(a) priestupku podľa § 56 zákona č. 355/2007 Z. z. o ochrane, podpore a rozvoji verejného zdravia a o zmene a doplnení niektorých zákonov.</w:t>
        <w:br/>
      </w:r>
    </w:p>
    <w:p>
      <w:r>
        <w:rPr>
          <w:rFonts w:ascii="Arial" w:hAnsi="Arial"/>
          <w:sz w:val="22"/>
        </w:rPr>
        <w:br/>
        <w:t>V Kaluži dňa ........................</w:t>
      </w:r>
    </w:p>
    <w:p>
      <w:r>
        <w:rPr>
          <w:rFonts w:ascii="Arial" w:hAnsi="Arial"/>
          <w:sz w:val="22"/>
        </w:rPr>
        <w:br/>
        <w:t>Meno a priezvisko zákonného zástupcu: .....................................................................</w:t>
        <w:br/>
        <w:br/>
        <w:t>Adresa: ......................................................................................................................</w:t>
        <w:br/>
        <w:br/>
        <w:t>Tel. č.: ..........................................................</w:t>
        <w:br/>
        <w:br/>
        <w:br/>
        <w:t>Podpis zákonného zástupcu: .............................................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